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5354" w:rsidRPr="00316985" w:rsidRDefault="000C7CFB">
      <w:pPr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8A084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964690" cy="2947670"/>
            <wp:effectExtent l="0" t="0" r="0" b="5080"/>
            <wp:wrapSquare wrapText="bothSides"/>
            <wp:docPr id="30" name="Рисунок 30" descr="D:\Документи 2023\Методична комісія\Комісія Інформаційних технологі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кументи 2023\Методична комісія\Комісія Інформаційних технологій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690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5F06" w:rsidRPr="00316985">
        <w:rPr>
          <w:rFonts w:ascii="Times New Roman" w:hAnsi="Times New Roman" w:cs="Times New Roman"/>
          <w:b/>
          <w:noProof/>
          <w:sz w:val="28"/>
          <w:szCs w:val="28"/>
          <w:lang w:val="uk-UA"/>
        </w:rPr>
        <w:t>ПІДСУМКОВИЙ ЗВІТ</w:t>
      </w:r>
    </w:p>
    <w:p w:rsidR="00875354" w:rsidRPr="00316985" w:rsidRDefault="00C25F06">
      <w:pPr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b/>
          <w:noProof/>
          <w:sz w:val="28"/>
          <w:szCs w:val="28"/>
          <w:lang w:val="uk-UA"/>
        </w:rPr>
        <w:t>про проведення Тижня методичної комісії інформаційних технологій</w:t>
      </w:r>
    </w:p>
    <w:p w:rsidR="008A0841" w:rsidRPr="008A0841" w:rsidRDefault="008A0841" w:rsidP="008A0841">
      <w:pPr>
        <w:rPr>
          <w:rFonts w:ascii="Times New Roman" w:hAnsi="Times New Roman" w:cs="Times New Roman"/>
          <w:noProof/>
          <w:sz w:val="28"/>
          <w:szCs w:val="28"/>
        </w:rPr>
      </w:pPr>
    </w:p>
    <w:p w:rsidR="00875354" w:rsidRPr="00316985" w:rsidRDefault="00C25F06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br/>
        <w:t xml:space="preserve">Заклад освіти: </w:t>
      </w:r>
      <w:r w:rsidR="00E3095E"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>Вище професійне училище № 17</w:t>
      </w:r>
    </w:p>
    <w:p w:rsidR="00E3095E" w:rsidRPr="00316985" w:rsidRDefault="00C25F06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Терміни проведення: </w:t>
      </w:r>
      <w:r w:rsidR="00E3095E"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>09.02.2026-13.02.2026</w:t>
      </w:r>
    </w:p>
    <w:p w:rsidR="00910D85" w:rsidRDefault="00C25F06" w:rsidP="00910D85">
      <w:pPr>
        <w:ind w:firstLine="720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Відповідно до наказу </w:t>
      </w:r>
      <w:r w:rsidR="00E3095E"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№ 39 </w:t>
      </w:r>
      <w:r w:rsidR="00BA7E2D"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від 05.02.2026 </w:t>
      </w: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закладу освіти протягом тижня було </w:t>
      </w: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>організовано та проведено комплекс навчально-методичн</w:t>
      </w:r>
      <w:r w:rsidR="001B5208"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>их та виховних</w:t>
      </w: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заходів, спрямованих на формування цифрової грамотності, розвиток інформаційно-комунікаційних компетентностей та культури безпечної поведінки в мережі Інтернет у здобувач</w:t>
      </w:r>
      <w:r w:rsidR="001B5208"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>ів освіти, популярізації спеціальних дисциплін.</w:t>
      </w:r>
    </w:p>
    <w:p w:rsidR="00875354" w:rsidRPr="00316985" w:rsidRDefault="00C25F06" w:rsidP="00910D85">
      <w:pPr>
        <w:ind w:firstLine="720"/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/>
        </w:rPr>
        <w:t>ПРОВЕДЕНІ ЗАХОДИ:</w:t>
      </w:r>
    </w:p>
    <w:p w:rsidR="003F5B92" w:rsidRPr="00F95DA7" w:rsidRDefault="00BB007C" w:rsidP="003F5B92">
      <w:pPr>
        <w:pStyle w:val="a0"/>
        <w:numPr>
          <w:ilvl w:val="0"/>
          <w:numId w:val="0"/>
        </w:numPr>
        <w:ind w:left="360"/>
        <w:jc w:val="both"/>
        <w:rPr>
          <w:rFonts w:ascii="Times New Roman" w:hAnsi="Times New Roman" w:cs="Times New Roman"/>
          <w:sz w:val="28"/>
          <w:lang w:val="uk-UA"/>
        </w:rPr>
      </w:pPr>
      <w:r w:rsidRPr="00F95DA7">
        <w:rPr>
          <w:rStyle w:val="af6"/>
          <w:rFonts w:ascii="Times New Roman" w:hAnsi="Times New Roman" w:cs="Times New Roman"/>
          <w:sz w:val="28"/>
          <w:lang w:val="uk-UA"/>
        </w:rPr>
        <w:t>09.02.2026</w:t>
      </w:r>
    </w:p>
    <w:p w:rsidR="00BB007C" w:rsidRPr="003F5B92" w:rsidRDefault="00BB007C" w:rsidP="003F5B92">
      <w:pPr>
        <w:pStyle w:val="a0"/>
        <w:numPr>
          <w:ilvl w:val="0"/>
          <w:numId w:val="0"/>
        </w:numPr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5B92">
        <w:rPr>
          <w:rFonts w:ascii="Times New Roman" w:hAnsi="Times New Roman" w:cs="Times New Roman"/>
          <w:sz w:val="28"/>
          <w:szCs w:val="28"/>
          <w:lang w:val="uk-UA"/>
        </w:rPr>
        <w:t>Організовано підготовку та розміщення на освітній платформі</w:t>
      </w:r>
      <w:r w:rsidR="003F5B92">
        <w:rPr>
          <w:rFonts w:ascii="Times New Roman" w:hAnsi="Times New Roman" w:cs="Times New Roman"/>
          <w:sz w:val="28"/>
          <w:szCs w:val="28"/>
          <w:lang w:val="uk-UA"/>
        </w:rPr>
        <w:t xml:space="preserve"> й у соціальних </w:t>
      </w:r>
      <w:r w:rsidR="003F5B92" w:rsidRPr="003F5B92">
        <w:rPr>
          <w:rFonts w:ascii="Times New Roman" w:hAnsi="Times New Roman" w:cs="Times New Roman"/>
          <w:sz w:val="28"/>
          <w:szCs w:val="28"/>
          <w:lang w:val="uk-UA"/>
        </w:rPr>
        <w:t xml:space="preserve">мережах закладу </w:t>
      </w:r>
      <w:r w:rsidRPr="003F5B92">
        <w:rPr>
          <w:rFonts w:ascii="Times New Roman" w:hAnsi="Times New Roman" w:cs="Times New Roman"/>
          <w:sz w:val="28"/>
          <w:szCs w:val="28"/>
          <w:lang w:val="uk-UA"/>
        </w:rPr>
        <w:t xml:space="preserve">комплексу інформаційно-роз’яснювальних матеріалів з питань </w:t>
      </w:r>
      <w:proofErr w:type="spellStart"/>
      <w:r w:rsidRPr="003F5B92">
        <w:rPr>
          <w:rFonts w:ascii="Times New Roman" w:hAnsi="Times New Roman" w:cs="Times New Roman"/>
          <w:sz w:val="28"/>
          <w:szCs w:val="28"/>
          <w:lang w:val="uk-UA"/>
        </w:rPr>
        <w:t>кібербезпеки</w:t>
      </w:r>
      <w:proofErr w:type="spellEnd"/>
      <w:r w:rsidRPr="003F5B92">
        <w:rPr>
          <w:rFonts w:ascii="Times New Roman" w:hAnsi="Times New Roman" w:cs="Times New Roman"/>
          <w:sz w:val="28"/>
          <w:szCs w:val="28"/>
          <w:lang w:val="uk-UA"/>
        </w:rPr>
        <w:t xml:space="preserve">, зокрема онлайн-буклетів, цифрових презентацій, </w:t>
      </w:r>
      <w:proofErr w:type="spellStart"/>
      <w:r w:rsidRPr="003F5B92">
        <w:rPr>
          <w:rFonts w:ascii="Times New Roman" w:hAnsi="Times New Roman" w:cs="Times New Roman"/>
          <w:sz w:val="28"/>
          <w:szCs w:val="28"/>
          <w:lang w:val="uk-UA"/>
        </w:rPr>
        <w:t>інфографіки</w:t>
      </w:r>
      <w:proofErr w:type="spellEnd"/>
      <w:r w:rsidRPr="003F5B92">
        <w:rPr>
          <w:rFonts w:ascii="Times New Roman" w:hAnsi="Times New Roman" w:cs="Times New Roman"/>
          <w:sz w:val="28"/>
          <w:szCs w:val="28"/>
          <w:lang w:val="uk-UA"/>
        </w:rPr>
        <w:t>, відеороликів та інтерактивного контенту.</w:t>
      </w:r>
    </w:p>
    <w:p w:rsidR="003F5B92" w:rsidRPr="003F5B92" w:rsidRDefault="00BB007C" w:rsidP="00F95DA7">
      <w:pPr>
        <w:pStyle w:val="a0"/>
        <w:numPr>
          <w:ilvl w:val="0"/>
          <w:numId w:val="0"/>
        </w:numPr>
        <w:jc w:val="center"/>
        <w:rPr>
          <w:rFonts w:ascii="Times New Roman" w:hAnsi="Times New Roman" w:cs="Times New Roman"/>
          <w:sz w:val="28"/>
          <w:lang w:val="uk-UA"/>
        </w:rPr>
      </w:pPr>
      <w:r w:rsidRPr="003F5B92">
        <w:rPr>
          <w:rStyle w:val="af6"/>
          <w:rFonts w:ascii="Times New Roman" w:hAnsi="Times New Roman" w:cs="Times New Roman"/>
          <w:sz w:val="28"/>
          <w:lang w:val="uk-UA"/>
        </w:rPr>
        <w:t>Захід:</w:t>
      </w:r>
    </w:p>
    <w:p w:rsidR="00BB007C" w:rsidRPr="003F5B92" w:rsidRDefault="00BB007C" w:rsidP="00BB007C">
      <w:pPr>
        <w:pStyle w:val="a0"/>
        <w:numPr>
          <w:ilvl w:val="0"/>
          <w:numId w:val="0"/>
        </w:numPr>
        <w:jc w:val="both"/>
        <w:rPr>
          <w:rFonts w:ascii="Times New Roman" w:hAnsi="Times New Roman" w:cs="Times New Roman"/>
          <w:sz w:val="28"/>
          <w:lang w:val="uk-UA"/>
        </w:rPr>
      </w:pPr>
      <w:r w:rsidRPr="003F5B92">
        <w:rPr>
          <w:rFonts w:ascii="Times New Roman" w:hAnsi="Times New Roman" w:cs="Times New Roman"/>
          <w:sz w:val="28"/>
          <w:lang w:val="uk-UA"/>
        </w:rPr>
        <w:t>«</w:t>
      </w:r>
      <w:proofErr w:type="spellStart"/>
      <w:r w:rsidRPr="003F5B92">
        <w:rPr>
          <w:rFonts w:ascii="Times New Roman" w:hAnsi="Times New Roman" w:cs="Times New Roman"/>
          <w:sz w:val="28"/>
          <w:lang w:val="uk-UA"/>
        </w:rPr>
        <w:t>Кібербезпека</w:t>
      </w:r>
      <w:proofErr w:type="spellEnd"/>
      <w:r w:rsidRPr="003F5B92">
        <w:rPr>
          <w:rFonts w:ascii="Times New Roman" w:hAnsi="Times New Roman" w:cs="Times New Roman"/>
          <w:sz w:val="28"/>
          <w:lang w:val="uk-UA"/>
        </w:rPr>
        <w:t xml:space="preserve"> простими словами: захист у повсякденному онлайн-житті»</w:t>
      </w:r>
    </w:p>
    <w:p w:rsidR="00BB007C" w:rsidRPr="00316985" w:rsidRDefault="00316985" w:rsidP="00322B06">
      <w:pPr>
        <w:pStyle w:val="a0"/>
        <w:numPr>
          <w:ilvl w:val="0"/>
          <w:numId w:val="0"/>
        </w:numPr>
        <w:ind w:left="360" w:hanging="360"/>
        <w:jc w:val="center"/>
        <w:rPr>
          <w:rFonts w:ascii="Times New Roman" w:hAnsi="Times New Roman" w:cs="Times New Roman"/>
          <w:lang w:val="uk-UA"/>
        </w:rPr>
      </w:pPr>
      <w:r w:rsidRPr="00316985">
        <w:drawing>
          <wp:inline distT="0" distB="0" distL="0" distR="0" wp14:anchorId="4A4414AA" wp14:editId="30D99DBE">
            <wp:extent cx="1248770" cy="1773271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608" t="23763"/>
                    <a:stretch/>
                  </pic:blipFill>
                  <pic:spPr bwMode="auto">
                    <a:xfrm flipH="1">
                      <a:off x="0" y="0"/>
                      <a:ext cx="1253290" cy="1779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7C88" w:rsidRPr="002C7C88">
        <w:drawing>
          <wp:inline distT="0" distB="0" distL="0" distR="0" wp14:anchorId="6D1F0B8C" wp14:editId="18D9B0DA">
            <wp:extent cx="1692323" cy="17953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-4007" t="37900" r="-1"/>
                    <a:stretch/>
                  </pic:blipFill>
                  <pic:spPr bwMode="auto">
                    <a:xfrm flipH="1">
                      <a:off x="0" y="0"/>
                      <a:ext cx="1717285" cy="182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7C88" w:rsidRPr="002C7C88">
        <w:drawing>
          <wp:inline distT="0" distB="0" distL="0" distR="0" wp14:anchorId="48D47A16" wp14:editId="656D745E">
            <wp:extent cx="1000485" cy="1777663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54032" cy="187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C88" w:rsidRPr="002C7C88">
        <w:drawing>
          <wp:inline distT="0" distB="0" distL="0" distR="0" wp14:anchorId="7EE4F275" wp14:editId="3036648C">
            <wp:extent cx="1173707" cy="1760766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88317" cy="178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07C" w:rsidRPr="005441CF" w:rsidRDefault="00BB007C" w:rsidP="005441CF">
      <w:pPr>
        <w:pStyle w:val="a0"/>
        <w:numPr>
          <w:ilvl w:val="0"/>
          <w:numId w:val="0"/>
        </w:numPr>
        <w:ind w:left="360" w:hanging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441CF">
        <w:rPr>
          <w:rStyle w:val="af6"/>
          <w:rFonts w:ascii="Times New Roman" w:hAnsi="Times New Roman" w:cs="Times New Roman"/>
          <w:sz w:val="28"/>
          <w:szCs w:val="28"/>
          <w:lang w:val="uk-UA"/>
        </w:rPr>
        <w:lastRenderedPageBreak/>
        <w:t>Відповідальні:</w:t>
      </w:r>
      <w:r w:rsidR="002C7C88" w:rsidRPr="005441CF">
        <w:rPr>
          <w:noProof/>
          <w:sz w:val="28"/>
          <w:szCs w:val="28"/>
        </w:rPr>
        <w:t xml:space="preserve"> </w:t>
      </w:r>
      <w:r w:rsidRPr="005441CF">
        <w:rPr>
          <w:rFonts w:ascii="Times New Roman" w:hAnsi="Times New Roman" w:cs="Times New Roman"/>
          <w:sz w:val="28"/>
          <w:szCs w:val="28"/>
          <w:lang w:val="uk-UA"/>
        </w:rPr>
        <w:t xml:space="preserve">Ольга </w:t>
      </w:r>
      <w:proofErr w:type="spellStart"/>
      <w:r w:rsidRPr="005441CF">
        <w:rPr>
          <w:rFonts w:ascii="Times New Roman" w:hAnsi="Times New Roman" w:cs="Times New Roman"/>
          <w:sz w:val="28"/>
          <w:szCs w:val="28"/>
          <w:lang w:val="uk-UA"/>
        </w:rPr>
        <w:t>ГАЛАНИЦЬКА,Людмила</w:t>
      </w:r>
      <w:proofErr w:type="spellEnd"/>
      <w:r w:rsidRPr="005441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5441CF">
        <w:rPr>
          <w:rFonts w:ascii="Times New Roman" w:hAnsi="Times New Roman" w:cs="Times New Roman"/>
          <w:sz w:val="28"/>
          <w:szCs w:val="28"/>
          <w:lang w:val="uk-UA"/>
        </w:rPr>
        <w:t>КОЛЕСНИК,Григорій</w:t>
      </w:r>
      <w:proofErr w:type="spellEnd"/>
      <w:r w:rsidRPr="005441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5441CF">
        <w:rPr>
          <w:rFonts w:ascii="Times New Roman" w:hAnsi="Times New Roman" w:cs="Times New Roman"/>
          <w:sz w:val="28"/>
          <w:szCs w:val="28"/>
          <w:lang w:val="uk-UA"/>
        </w:rPr>
        <w:t>СОЛОМЕНКО</w:t>
      </w:r>
      <w:proofErr w:type="spellEnd"/>
      <w:r w:rsidRPr="005441C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316985" w:rsidRPr="005441CF">
        <w:rPr>
          <w:sz w:val="28"/>
          <w:szCs w:val="28"/>
        </w:rPr>
        <w:t xml:space="preserve"> </w:t>
      </w:r>
      <w:r w:rsidRPr="005441CF">
        <w:rPr>
          <w:rFonts w:ascii="Times New Roman" w:hAnsi="Times New Roman" w:cs="Times New Roman"/>
          <w:sz w:val="28"/>
          <w:szCs w:val="28"/>
          <w:lang w:val="uk-UA"/>
        </w:rPr>
        <w:t xml:space="preserve">Юлія </w:t>
      </w:r>
      <w:proofErr w:type="spellStart"/>
      <w:r w:rsidRPr="005441CF">
        <w:rPr>
          <w:rFonts w:ascii="Times New Roman" w:hAnsi="Times New Roman" w:cs="Times New Roman"/>
          <w:sz w:val="28"/>
          <w:szCs w:val="28"/>
          <w:lang w:val="uk-UA"/>
        </w:rPr>
        <w:t>КОЛІНЬКО,Олександр</w:t>
      </w:r>
      <w:proofErr w:type="spellEnd"/>
      <w:r w:rsidRPr="005441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5441CF">
        <w:rPr>
          <w:rFonts w:ascii="Times New Roman" w:hAnsi="Times New Roman" w:cs="Times New Roman"/>
          <w:sz w:val="28"/>
          <w:szCs w:val="28"/>
          <w:lang w:val="uk-UA"/>
        </w:rPr>
        <w:t>САМУСЬКОВ</w:t>
      </w:r>
      <w:proofErr w:type="spellEnd"/>
      <w:r w:rsidRPr="005441C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16985" w:rsidRPr="005441CF">
        <w:rPr>
          <w:noProof/>
          <w:sz w:val="28"/>
          <w:szCs w:val="28"/>
        </w:rPr>
        <w:t xml:space="preserve"> </w:t>
      </w:r>
    </w:p>
    <w:p w:rsidR="005441CF" w:rsidRDefault="005441CF" w:rsidP="005441CF">
      <w:pPr>
        <w:pStyle w:val="a0"/>
        <w:numPr>
          <w:ilvl w:val="0"/>
          <w:numId w:val="0"/>
        </w:numPr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441CF" w:rsidRPr="005441CF" w:rsidRDefault="00C416CF" w:rsidP="005441CF">
      <w:pPr>
        <w:pStyle w:val="a0"/>
        <w:numPr>
          <w:ilvl w:val="0"/>
          <w:numId w:val="0"/>
        </w:numPr>
        <w:jc w:val="both"/>
        <w:rPr>
          <w:rFonts w:ascii="Times New Roman" w:hAnsi="Times New Roman" w:cs="Times New Roman"/>
          <w:b/>
          <w:noProof/>
          <w:sz w:val="28"/>
          <w:szCs w:val="28"/>
          <w:lang w:val="uk-UA"/>
        </w:rPr>
      </w:pPr>
      <w:r w:rsidRPr="005441CF">
        <w:rPr>
          <w:rFonts w:ascii="Times New Roman" w:hAnsi="Times New Roman" w:cs="Times New Roman"/>
          <w:b/>
          <w:noProof/>
          <w:sz w:val="28"/>
          <w:szCs w:val="28"/>
          <w:lang w:val="uk-UA"/>
        </w:rPr>
        <w:t xml:space="preserve"> 10.02.2026 </w:t>
      </w:r>
    </w:p>
    <w:p w:rsidR="00B538E0" w:rsidRDefault="00B538E0" w:rsidP="005441CF">
      <w:pPr>
        <w:pStyle w:val="a0"/>
        <w:numPr>
          <w:ilvl w:val="0"/>
          <w:numId w:val="0"/>
        </w:numPr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5441C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Проведено </w:t>
      </w:r>
      <w:r w:rsidR="002C7C88" w:rsidRPr="005441C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виховні години на тему «Соцмережі без ризику</w:t>
      </w:r>
      <w:r w:rsidR="002C7C88" w:rsidRPr="002C7C88">
        <w:rPr>
          <w:rFonts w:ascii="Times New Roman" w:hAnsi="Times New Roman" w:cs="Times New Roman"/>
          <w:noProof/>
          <w:sz w:val="28"/>
          <w:szCs w:val="28"/>
          <w:lang w:val="uk-UA"/>
        </w:rPr>
        <w:t>: що можна і чого не варто публікувати», спрямовані на формування в здобувачів освіти навичок безпечної та відповідальної поведінки в соціальних мережах.</w:t>
      </w:r>
      <w:r w:rsidR="002C7C88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Керівник гуртка Сергій </w:t>
      </w:r>
      <w:r w:rsidR="004417CA">
        <w:rPr>
          <w:rFonts w:ascii="Times New Roman" w:hAnsi="Times New Roman" w:cs="Times New Roman"/>
          <w:noProof/>
          <w:sz w:val="28"/>
          <w:szCs w:val="28"/>
          <w:lang w:val="uk-UA"/>
        </w:rPr>
        <w:t>ВИНОГРАДОВ</w:t>
      </w:r>
      <w:r w:rsidR="002C7C88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разом з викладачем Ольгою </w:t>
      </w:r>
      <w:r w:rsidR="004417CA">
        <w:rPr>
          <w:rFonts w:ascii="Times New Roman" w:hAnsi="Times New Roman" w:cs="Times New Roman"/>
          <w:noProof/>
          <w:sz w:val="28"/>
          <w:szCs w:val="28"/>
          <w:lang w:val="uk-UA"/>
        </w:rPr>
        <w:t>ГАЛАНИЦЬКОЮ</w:t>
      </w:r>
      <w:r w:rsidR="002C7C88">
        <w:rPr>
          <w:rFonts w:ascii="Times New Roman" w:hAnsi="Times New Roman" w:cs="Times New Roman"/>
          <w:noProof/>
          <w:sz w:val="28"/>
          <w:szCs w:val="28"/>
          <w:lang w:val="uk-UA"/>
        </w:rPr>
        <w:t>.</w:t>
      </w:r>
    </w:p>
    <w:p w:rsidR="002C7C88" w:rsidRPr="002C7C88" w:rsidRDefault="00B538E0" w:rsidP="00322B06">
      <w:pPr>
        <w:pStyle w:val="a0"/>
        <w:numPr>
          <w:ilvl w:val="0"/>
          <w:numId w:val="0"/>
        </w:numPr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B538E0">
        <w:drawing>
          <wp:inline distT="0" distB="0" distL="0" distR="0" wp14:anchorId="3ED652F6" wp14:editId="7F3AFE1D">
            <wp:extent cx="1364776" cy="2032332"/>
            <wp:effectExtent l="0" t="0" r="698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9685" r="4171"/>
                    <a:stretch/>
                  </pic:blipFill>
                  <pic:spPr bwMode="auto">
                    <a:xfrm>
                      <a:off x="0" y="0"/>
                      <a:ext cx="1369050" cy="2038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0016" w:rsidRPr="00B70016">
        <w:drawing>
          <wp:inline distT="0" distB="0" distL="0" distR="0" wp14:anchorId="06E75AC4" wp14:editId="2685915C">
            <wp:extent cx="1617260" cy="202157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3466" r="2754" b="8121"/>
                    <a:stretch/>
                  </pic:blipFill>
                  <pic:spPr bwMode="auto">
                    <a:xfrm>
                      <a:off x="0" y="0"/>
                      <a:ext cx="1654073" cy="2067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6CC5" w:rsidRPr="00256CC5">
        <w:drawing>
          <wp:inline distT="0" distB="0" distL="0" distR="0" wp14:anchorId="437B303E" wp14:editId="50A26B8E">
            <wp:extent cx="1494430" cy="1992467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07310" cy="200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72F" w:rsidRPr="0005172F">
        <w:drawing>
          <wp:inline distT="0" distB="0" distL="0" distR="0" wp14:anchorId="777B2F1C" wp14:editId="3E965153">
            <wp:extent cx="2078924" cy="1161296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92147" cy="1168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0B1" w:rsidRPr="00BA40B1">
        <w:drawing>
          <wp:inline distT="0" distB="0" distL="0" distR="0" wp14:anchorId="4DB65ED9" wp14:editId="15222467">
            <wp:extent cx="921224" cy="122823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3873" cy="124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0B1" w:rsidRPr="00BA40B1">
        <w:drawing>
          <wp:inline distT="0" distB="0" distL="0" distR="0" wp14:anchorId="555FA380" wp14:editId="7E314A32">
            <wp:extent cx="2156347" cy="1217591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4527" cy="122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296" w:rsidRDefault="005C6296" w:rsidP="00BA40B1">
      <w:pPr>
        <w:pStyle w:val="a0"/>
        <w:numPr>
          <w:ilvl w:val="2"/>
          <w:numId w:val="11"/>
        </w:numPr>
        <w:ind w:left="0" w:firstLine="709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BA40B1" w:rsidRDefault="00BA40B1" w:rsidP="005C6296">
      <w:pPr>
        <w:pStyle w:val="a0"/>
        <w:numPr>
          <w:ilvl w:val="0"/>
          <w:numId w:val="0"/>
        </w:numPr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BA40B1">
        <w:rPr>
          <w:rFonts w:ascii="Times New Roman" w:hAnsi="Times New Roman" w:cs="Times New Roman"/>
          <w:noProof/>
          <w:sz w:val="28"/>
          <w:szCs w:val="28"/>
          <w:lang w:val="uk-UA"/>
        </w:rPr>
        <w:t>Проведено відкритий урок виробничого навчання у форматі інтерактивної ІТ-вікторини «Міфи та правда про технології», під час якого здобувачі освіти узагальнили знання про сучасні інформаційні технології, спростували поширені хибні уявлення та закріпили практичні компетентності у сфері цифрової грамотності.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Відповідальний майстер виробничого навчання Григорій СОЛОМЕНКО </w:t>
      </w:r>
    </w:p>
    <w:p w:rsidR="0033676E" w:rsidRDefault="00DE626C" w:rsidP="005C6296">
      <w:pPr>
        <w:pStyle w:val="a0"/>
        <w:numPr>
          <w:ilvl w:val="0"/>
          <w:numId w:val="0"/>
        </w:numPr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DE626C">
        <w:lastRenderedPageBreak/>
        <w:drawing>
          <wp:inline distT="0" distB="0" distL="0" distR="0" wp14:anchorId="517B579F" wp14:editId="0DC3A639">
            <wp:extent cx="2920267" cy="219425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35658" r="2164" b="22968"/>
                    <a:stretch/>
                  </pic:blipFill>
                  <pic:spPr bwMode="auto">
                    <a:xfrm>
                      <a:off x="0" y="0"/>
                      <a:ext cx="2938520" cy="2207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107A" w:rsidRPr="0083107A">
        <w:drawing>
          <wp:inline distT="0" distB="0" distL="0" distR="0" wp14:anchorId="5B2A0C87" wp14:editId="04DF0034">
            <wp:extent cx="1239408" cy="2202185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56908" cy="223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173" w:rsidRPr="008D0173">
        <w:drawing>
          <wp:inline distT="0" distB="0" distL="0" distR="0" wp14:anchorId="111954A4" wp14:editId="4458A12A">
            <wp:extent cx="1247766" cy="221825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74647" cy="226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173" w:rsidRPr="008D0173">
        <w:drawing>
          <wp:inline distT="0" distB="0" distL="0" distR="0" wp14:anchorId="7FEAF1E5" wp14:editId="05AB72B8">
            <wp:extent cx="2415653" cy="1129672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66121" cy="115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D0A" w:rsidRPr="002B7D0A">
        <w:drawing>
          <wp:inline distT="0" distB="0" distL="0" distR="0" wp14:anchorId="6127C96A" wp14:editId="22BBF07F">
            <wp:extent cx="2374710" cy="1123863"/>
            <wp:effectExtent l="0" t="0" r="698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02797" cy="11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76E" w:rsidRDefault="0033676E" w:rsidP="0033676E">
      <w:pPr>
        <w:pStyle w:val="a0"/>
        <w:numPr>
          <w:ilvl w:val="0"/>
          <w:numId w:val="0"/>
        </w:num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C6296" w:rsidRPr="005C6296" w:rsidRDefault="005C6296" w:rsidP="005C6296">
      <w:pPr>
        <w:pStyle w:val="a0"/>
        <w:numPr>
          <w:ilvl w:val="0"/>
          <w:numId w:val="0"/>
        </w:numPr>
        <w:jc w:val="both"/>
        <w:rPr>
          <w:rFonts w:ascii="Times New Roman" w:hAnsi="Times New Roman" w:cs="Times New Roman"/>
          <w:b/>
          <w:noProof/>
          <w:sz w:val="28"/>
          <w:szCs w:val="28"/>
          <w:lang w:val="uk-UA"/>
        </w:rPr>
      </w:pPr>
      <w:r w:rsidRPr="005C6296">
        <w:rPr>
          <w:rFonts w:ascii="Times New Roman" w:hAnsi="Times New Roman" w:cs="Times New Roman"/>
          <w:b/>
          <w:noProof/>
          <w:sz w:val="28"/>
          <w:szCs w:val="28"/>
          <w:lang w:val="uk-UA"/>
        </w:rPr>
        <w:t>12.02.2026</w:t>
      </w:r>
    </w:p>
    <w:p w:rsidR="008772F6" w:rsidRDefault="002B7D0A" w:rsidP="005C6296">
      <w:pPr>
        <w:pStyle w:val="a0"/>
        <w:numPr>
          <w:ilvl w:val="0"/>
          <w:numId w:val="0"/>
        </w:numPr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2B7D0A">
        <w:rPr>
          <w:rFonts w:ascii="Times New Roman" w:hAnsi="Times New Roman" w:cs="Times New Roman"/>
          <w:noProof/>
          <w:sz w:val="28"/>
          <w:szCs w:val="28"/>
          <w:lang w:val="uk-UA"/>
        </w:rPr>
        <w:t>У межах тижня інформаційних технологій проведено інтерактивний освітній челендж, спрямований на підвищення рівня обізнаності здобувачів освіти щодо поширених видів інтернет-шахрайства та способів захисту персональних даних. Учасники виконували практичні завдання, аналізували реальні ситуації кіберзагроз, розпізнавали фейкові повідомлення, підозрілі посилання та шахрайські схеми. Захід проходив у динамічній і змагальній формі, що сприяло активному залученню, розвитку критичного мислення та формуванню навичок безпечної поведінки в цифровому середовищі.</w:t>
      </w:r>
    </w:p>
    <w:p w:rsidR="00C11E64" w:rsidRDefault="00E55E65" w:rsidP="00C11E64">
      <w:pPr>
        <w:pStyle w:val="a0"/>
        <w:numPr>
          <w:ilvl w:val="0"/>
          <w:numId w:val="0"/>
        </w:num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E55E65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ABFA50C" wp14:editId="547C8F63">
            <wp:extent cx="1992573" cy="1690198"/>
            <wp:effectExtent l="0" t="0" r="825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94365" cy="169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5E65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B018AD9" wp14:editId="4267DEB2">
            <wp:extent cx="1212597" cy="1673986"/>
            <wp:effectExtent l="0" t="0" r="698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27316" cy="169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738737" wp14:editId="11173F12">
            <wp:extent cx="1371152" cy="1696827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241" cy="1727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5013" w:rsidRPr="00DA5013">
        <w:rPr>
          <w:noProof/>
        </w:rPr>
        <w:drawing>
          <wp:inline distT="0" distB="0" distL="0" distR="0" wp14:anchorId="540908FC" wp14:editId="704D2471">
            <wp:extent cx="1201003" cy="169953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22066" cy="172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E64" w:rsidRPr="00C11E64">
        <w:rPr>
          <w:rFonts w:ascii="Times New Roman" w:hAnsi="Times New Roman" w:cs="Times New Roman"/>
          <w:b/>
          <w:noProof/>
          <w:sz w:val="28"/>
          <w:szCs w:val="28"/>
          <w:lang w:val="uk-UA"/>
        </w:rPr>
        <w:t>12</w:t>
      </w:r>
      <w:r w:rsidR="00DA5013" w:rsidRPr="00C11E64">
        <w:rPr>
          <w:rFonts w:ascii="Times New Roman" w:hAnsi="Times New Roman" w:cs="Times New Roman"/>
          <w:b/>
          <w:noProof/>
          <w:sz w:val="28"/>
          <w:szCs w:val="28"/>
          <w:lang w:val="uk-UA"/>
        </w:rPr>
        <w:t>.02.2026</w:t>
      </w:r>
      <w:r w:rsidR="00DA501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 </w:t>
      </w:r>
    </w:p>
    <w:p w:rsidR="00DA5013" w:rsidRDefault="00DA5013" w:rsidP="00C11E64">
      <w:pPr>
        <w:pStyle w:val="a0"/>
        <w:numPr>
          <w:ilvl w:val="0"/>
          <w:numId w:val="0"/>
        </w:numPr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Майстер виробничого навчання Юлія Колінько разом з студентами групи 33 провела</w:t>
      </w:r>
      <w:r w:rsidRPr="00DA5013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тематичний вебінар «Штучний інтелект і майбутнє. ШІ без </w:t>
      </w:r>
      <w:r w:rsidRPr="00DA5013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t xml:space="preserve">страху: як працює і чим може допомогти кожному»,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під час якого всіх було </w:t>
      </w:r>
      <w:r w:rsidRPr="00DA5013">
        <w:rPr>
          <w:rFonts w:ascii="Times New Roman" w:hAnsi="Times New Roman" w:cs="Times New Roman"/>
          <w:noProof/>
          <w:sz w:val="28"/>
          <w:szCs w:val="28"/>
          <w:lang w:val="uk-UA"/>
        </w:rPr>
        <w:t>ознайомлено з основними принципами роботи технологій штучного інтелекту, сферами їх практичного застосування та можливостями використання у навчанні й професійній діяльності. Учасники розглянули приклади сучасних цифрових сервісів, обговорили переваги й потенційні ризики використання ШІ та сформували усвідомлене ставлення до інноваційних технологій.</w:t>
      </w:r>
    </w:p>
    <w:p w:rsidR="00DA5013" w:rsidRDefault="00883129" w:rsidP="00C25F06">
      <w:pPr>
        <w:pStyle w:val="a0"/>
        <w:numPr>
          <w:ilvl w:val="0"/>
          <w:numId w:val="0"/>
        </w:numPr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bookmarkStart w:id="0" w:name="_GoBack"/>
      <w:r w:rsidRPr="00CC0A43">
        <w:drawing>
          <wp:inline distT="0" distB="0" distL="0" distR="0" wp14:anchorId="14CAF82B" wp14:editId="499F5214">
            <wp:extent cx="1494430" cy="200806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24129" r="5258" b="4223"/>
                    <a:stretch/>
                  </pic:blipFill>
                  <pic:spPr bwMode="auto">
                    <a:xfrm>
                      <a:off x="0" y="0"/>
                      <a:ext cx="1515217" cy="2035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DB4F59">
        <w:drawing>
          <wp:inline distT="0" distB="0" distL="0" distR="0" wp14:anchorId="7DE59791" wp14:editId="6BF48FBB">
            <wp:extent cx="1794114" cy="198432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-296" t="24050" r="6047" b="17283"/>
                    <a:stretch/>
                  </pic:blipFill>
                  <pic:spPr bwMode="auto">
                    <a:xfrm>
                      <a:off x="0" y="0"/>
                      <a:ext cx="1815433" cy="200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83129">
        <w:drawing>
          <wp:inline distT="0" distB="0" distL="0" distR="0" wp14:anchorId="4E58D79A" wp14:editId="08A374C6">
            <wp:extent cx="1964861" cy="19863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20274" r="14234" b="30929"/>
                    <a:stretch/>
                  </pic:blipFill>
                  <pic:spPr bwMode="auto">
                    <a:xfrm>
                      <a:off x="0" y="0"/>
                      <a:ext cx="1990310" cy="2012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1E64" w:rsidRPr="00316985" w:rsidRDefault="00C11E64" w:rsidP="00883129">
      <w:pPr>
        <w:pStyle w:val="a0"/>
        <w:numPr>
          <w:ilvl w:val="0"/>
          <w:numId w:val="0"/>
        </w:num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E84635" w:rsidRDefault="00E84635" w:rsidP="00E84635">
      <w:pPr>
        <w:pStyle w:val="a0"/>
        <w:numPr>
          <w:ilvl w:val="2"/>
          <w:numId w:val="13"/>
        </w:num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Майстром виробничого навчання Людмилою КОЛЕСНИК</w:t>
      </w:r>
    </w:p>
    <w:p w:rsidR="00B97BE3" w:rsidRDefault="00E84635" w:rsidP="00E84635">
      <w:pPr>
        <w:pStyle w:val="a0"/>
        <w:numPr>
          <w:ilvl w:val="0"/>
          <w:numId w:val="0"/>
        </w:numPr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E17F88">
        <w:rPr>
          <w:rFonts w:ascii="Times New Roman" w:hAnsi="Times New Roman" w:cs="Times New Roman"/>
          <w:noProof/>
          <w:sz w:val="28"/>
          <w:szCs w:val="28"/>
          <w:lang w:val="uk-UA"/>
        </w:rPr>
        <w:t>Організовано</w:t>
      </w:r>
      <w:r w:rsidRPr="00E17F88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="00E17F88" w:rsidRPr="00E84635">
        <w:rPr>
          <w:rFonts w:ascii="Times New Roman" w:hAnsi="Times New Roman" w:cs="Times New Roman"/>
          <w:noProof/>
          <w:sz w:val="28"/>
          <w:szCs w:val="28"/>
          <w:lang w:val="uk-UA"/>
        </w:rPr>
        <w:t>та проведено інтерактивну онлайн-вікторину</w:t>
      </w:r>
      <w:r w:rsidRPr="00E8463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E84635">
        <w:rPr>
          <w:rFonts w:ascii="Times New Roman" w:hAnsi="Times New Roman" w:cs="Times New Roman"/>
          <w:noProof/>
          <w:sz w:val="28"/>
          <w:szCs w:val="28"/>
          <w:lang w:val="uk-UA"/>
        </w:rPr>
        <w:t>Онлайн-вікторина «Цифровий слід: що інтернет знає про тебе»</w:t>
      </w:r>
      <w:r w:rsidR="00E17F88" w:rsidRPr="00E84635">
        <w:rPr>
          <w:rFonts w:ascii="Times New Roman" w:hAnsi="Times New Roman" w:cs="Times New Roman"/>
          <w:noProof/>
          <w:sz w:val="28"/>
          <w:szCs w:val="28"/>
          <w:lang w:val="uk-UA"/>
        </w:rPr>
        <w:t>, спрямовану на формування в здобувачів освіти усвідомлення поняття цифрового сліду та відповідального ставлення до власної діяльності в мережі Інтернет.</w:t>
      </w:r>
    </w:p>
    <w:p w:rsidR="00E17F88" w:rsidRDefault="00E17F88" w:rsidP="00E84635">
      <w:pPr>
        <w:pStyle w:val="a0"/>
        <w:numPr>
          <w:ilvl w:val="0"/>
          <w:numId w:val="0"/>
        </w:numPr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E84635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 Учасники виконували тестові й ситуаційні завдання, аналізували приклади витоку персональних даних, навчалися керувати налаштуваннями конфіденційності та оцінювати ризики публікації особистої інформації. Захід сприяв розвитку інформаційної грамотності та навичок безпечної онлайн-поведінки.</w:t>
      </w:r>
    </w:p>
    <w:p w:rsidR="00875354" w:rsidRPr="00316985" w:rsidRDefault="00F64E90" w:rsidP="00341352">
      <w:pPr>
        <w:pStyle w:val="a0"/>
        <w:numPr>
          <w:ilvl w:val="0"/>
          <w:numId w:val="0"/>
        </w:numPr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F64E90">
        <w:drawing>
          <wp:inline distT="0" distB="0" distL="0" distR="0" wp14:anchorId="1AC6FA69" wp14:editId="7B533059">
            <wp:extent cx="2425311" cy="181433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27049" cy="181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9E9" w:rsidRPr="007269E9">
        <w:rPr>
          <w:noProof/>
        </w:rPr>
        <w:t xml:space="preserve"> </w:t>
      </w:r>
      <w:r w:rsidR="007269E9" w:rsidRPr="007269E9">
        <w:drawing>
          <wp:inline distT="0" distB="0" distL="0" distR="0" wp14:anchorId="70D2336A" wp14:editId="7C79DAFA">
            <wp:extent cx="834987" cy="1855527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45538" cy="187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505D" w:rsidRPr="00D1505D">
        <w:rPr>
          <w:noProof/>
        </w:rPr>
        <w:t xml:space="preserve"> </w:t>
      </w:r>
      <w:r w:rsidR="00D1505D" w:rsidRPr="00D1505D">
        <w:drawing>
          <wp:inline distT="0" distB="0" distL="0" distR="0" wp14:anchorId="3387EE37" wp14:editId="1AFC4248">
            <wp:extent cx="1335722" cy="1820903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23135" r="-184"/>
                    <a:stretch/>
                  </pic:blipFill>
                  <pic:spPr bwMode="auto">
                    <a:xfrm>
                      <a:off x="0" y="0"/>
                      <a:ext cx="1349893" cy="1840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354" w:rsidRPr="00316985" w:rsidRDefault="00C25F06" w:rsidP="00341352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t>ВИСНОВКИ:</w:t>
      </w:r>
    </w:p>
    <w:p w:rsidR="00904664" w:rsidRDefault="00904664" w:rsidP="00321358">
      <w:pPr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904664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Незважаючи на особливості організації освітнього процесу в умовах воєнного стану та періодичні повітряні тривоги, усі заходи тижня були проведені своєчасно та на належному організаційно-методичному рівні. </w:t>
      </w:r>
    </w:p>
    <w:p w:rsidR="00904664" w:rsidRDefault="00904664" w:rsidP="00321358">
      <w:pPr>
        <w:ind w:firstLine="720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904664">
        <w:rPr>
          <w:rFonts w:ascii="Times New Roman" w:hAnsi="Times New Roman" w:cs="Times New Roman"/>
          <w:noProof/>
          <w:sz w:val="28"/>
          <w:szCs w:val="28"/>
          <w:lang w:val="uk-UA"/>
        </w:rPr>
        <w:t>Гнучке планування, використання дистанційних і змішаних форматів роботи забезпечили безперервність навчально-виховної діяльності, активну участь здобувачів освіти та досягнення запланованих результатів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t>.</w:t>
      </w:r>
    </w:p>
    <w:p w:rsidR="00070349" w:rsidRPr="00070349" w:rsidRDefault="00070349" w:rsidP="000B5AF4">
      <w:pPr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70349">
        <w:rPr>
          <w:rFonts w:ascii="Times New Roman" w:hAnsi="Times New Roman" w:cs="Times New Roman"/>
          <w:noProof/>
          <w:sz w:val="28"/>
          <w:szCs w:val="28"/>
        </w:rPr>
        <w:t>Упродовж тижня здобувачі освіти поглибили знання з інформаційних технологій, кібербезпеки та сучасних цифрових інструментів, сформували практичні навички безпечної поведінки в онлайн-середовищі, критичного мислення та відповідального використання інформаційних ресурсів. Інтерактивні форми роботи (вікторини, вебінари, челенджі, онлайн-матеріали) сприяли підвищенню мотивації до навчання, активній участі та командній взаємодії.</w:t>
      </w:r>
    </w:p>
    <w:p w:rsidR="00070349" w:rsidRPr="00070349" w:rsidRDefault="00020C4D" w:rsidP="00020C4D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C1494"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3646170</wp:posOffset>
            </wp:positionH>
            <wp:positionV relativeFrom="margin">
              <wp:posOffset>4694555</wp:posOffset>
            </wp:positionV>
            <wp:extent cx="1991360" cy="2026285"/>
            <wp:effectExtent l="0" t="0" r="889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1791" r="-1658"/>
                    <a:stretch/>
                  </pic:blipFill>
                  <pic:spPr bwMode="auto">
                    <a:xfrm>
                      <a:off x="0" y="0"/>
                      <a:ext cx="1991360" cy="202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5575"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-217805</wp:posOffset>
            </wp:positionH>
            <wp:positionV relativeFrom="margin">
              <wp:posOffset>4701540</wp:posOffset>
            </wp:positionV>
            <wp:extent cx="3844290" cy="2012315"/>
            <wp:effectExtent l="0" t="0" r="3810" b="698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0898" r="-5797" b="47927"/>
                    <a:stretch/>
                  </pic:blipFill>
                  <pic:spPr bwMode="auto">
                    <a:xfrm flipH="1">
                      <a:off x="0" y="0"/>
                      <a:ext cx="3844290" cy="201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0349" w:rsidRPr="00070349">
        <w:rPr>
          <w:rFonts w:ascii="Times New Roman" w:hAnsi="Times New Roman" w:cs="Times New Roman"/>
          <w:noProof/>
          <w:sz w:val="28"/>
          <w:szCs w:val="28"/>
        </w:rPr>
        <w:t>Тиждень методичної комісії інформаційних технологій визнано результативним та доцільним для подальшого впровадження як ефективної форми освітньої та виховної роботи.</w:t>
      </w:r>
      <w:r w:rsidRPr="00020C4D">
        <w:t xml:space="preserve"> </w:t>
      </w:r>
    </w:p>
    <w:p w:rsidR="00CC7E1C" w:rsidRDefault="004C1494" w:rsidP="00020C4D">
      <w:pPr>
        <w:jc w:val="center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7A5CFB">
        <w:lastRenderedPageBreak/>
        <w:drawing>
          <wp:inline distT="0" distB="0" distL="0" distR="0" wp14:anchorId="5F190AD0" wp14:editId="5EC0AF6B">
            <wp:extent cx="1528549" cy="190955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30182" r="699"/>
                    <a:stretch/>
                  </pic:blipFill>
                  <pic:spPr bwMode="auto">
                    <a:xfrm>
                      <a:off x="0" y="0"/>
                      <a:ext cx="1587306" cy="1982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0C4D" w:rsidRPr="0020784B">
        <w:drawing>
          <wp:inline distT="0" distB="0" distL="0" distR="0" wp14:anchorId="226D6BB4" wp14:editId="5AC99E13">
            <wp:extent cx="3202420" cy="191068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" t="29603" r="1725" b="37397"/>
                    <a:stretch/>
                  </pic:blipFill>
                  <pic:spPr bwMode="auto">
                    <a:xfrm>
                      <a:off x="0" y="0"/>
                      <a:ext cx="3269871" cy="195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76F5" w:rsidRPr="001676F5">
        <w:drawing>
          <wp:inline distT="0" distB="0" distL="0" distR="0" wp14:anchorId="653C3DB1" wp14:editId="5723D758">
            <wp:extent cx="2797791" cy="30723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36899" r="-2100"/>
                    <a:stretch/>
                  </pic:blipFill>
                  <pic:spPr bwMode="auto">
                    <a:xfrm>
                      <a:off x="0" y="0"/>
                      <a:ext cx="2828175" cy="310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1C6B">
        <w:rPr>
          <w:noProof/>
        </w:rPr>
        <w:drawing>
          <wp:inline distT="0" distB="0" distL="0" distR="0" wp14:anchorId="535B398C" wp14:editId="1B16B7AD">
            <wp:extent cx="2688609" cy="3082675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28109" r="2859" b="20645"/>
                    <a:stretch/>
                  </pic:blipFill>
                  <pic:spPr bwMode="auto">
                    <a:xfrm>
                      <a:off x="0" y="0"/>
                      <a:ext cx="2702597" cy="3098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1A5D" w:rsidRPr="00F01A5D">
        <w:drawing>
          <wp:inline distT="0" distB="0" distL="0" distR="0" wp14:anchorId="512B0040" wp14:editId="46A3D0C5">
            <wp:extent cx="2476159" cy="2101755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6716" r="543" b="45772"/>
                    <a:stretch/>
                  </pic:blipFill>
                  <pic:spPr bwMode="auto">
                    <a:xfrm>
                      <a:off x="0" y="0"/>
                      <a:ext cx="2501444" cy="2123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BE3" w:rsidRDefault="00B97BE3" w:rsidP="008B73E3">
      <w:pPr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875354" w:rsidRPr="00316985" w:rsidRDefault="00C25F06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>Голова методичної комісії _______________________</w:t>
      </w:r>
    </w:p>
    <w:p w:rsidR="00875354" w:rsidRPr="00316985" w:rsidRDefault="00C25F06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316985">
        <w:rPr>
          <w:rFonts w:ascii="Times New Roman" w:hAnsi="Times New Roman" w:cs="Times New Roman"/>
          <w:noProof/>
          <w:sz w:val="28"/>
          <w:szCs w:val="28"/>
          <w:lang w:val="uk-UA"/>
        </w:rPr>
        <w:t>Викладач _______________________ Ольга ГАЛАНИЦЬКА</w:t>
      </w:r>
    </w:p>
    <w:sectPr w:rsidR="00875354" w:rsidRPr="00316985" w:rsidSect="00070349">
      <w:pgSz w:w="12240" w:h="15840"/>
      <w:pgMar w:top="1440" w:right="1183" w:bottom="1440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C6F43C9A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E6E37B1"/>
    <w:multiLevelType w:val="multilevel"/>
    <w:tmpl w:val="962696F6"/>
    <w:lvl w:ilvl="0">
      <w:start w:val="12"/>
      <w:numFmt w:val="decimal"/>
      <w:lvlText w:val="%1"/>
      <w:lvlJc w:val="left"/>
      <w:pPr>
        <w:ind w:left="1170" w:hanging="1170"/>
      </w:pPr>
      <w:rPr>
        <w:rFonts w:hint="default"/>
      </w:rPr>
    </w:lvl>
    <w:lvl w:ilvl="1">
      <w:start w:val="2"/>
      <w:numFmt w:val="decimalZero"/>
      <w:lvlText w:val="%1.%2"/>
      <w:lvlJc w:val="left"/>
      <w:pPr>
        <w:ind w:left="1170" w:hanging="1170"/>
      </w:pPr>
      <w:rPr>
        <w:rFonts w:hint="default"/>
      </w:rPr>
    </w:lvl>
    <w:lvl w:ilvl="2">
      <w:start w:val="206"/>
      <w:numFmt w:val="decimal"/>
      <w:lvlText w:val="%1.%2.%3"/>
      <w:lvlJc w:val="left"/>
      <w:pPr>
        <w:ind w:left="2163" w:hanging="117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70" w:hanging="117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170" w:hanging="117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1E9B6741"/>
    <w:multiLevelType w:val="multilevel"/>
    <w:tmpl w:val="E46A56D0"/>
    <w:lvl w:ilvl="0">
      <w:start w:val="13"/>
      <w:numFmt w:val="decimal"/>
      <w:lvlText w:val="%1"/>
      <w:lvlJc w:val="left"/>
      <w:pPr>
        <w:ind w:left="1305" w:hanging="1305"/>
      </w:pPr>
      <w:rPr>
        <w:rFonts w:hint="default"/>
      </w:rPr>
    </w:lvl>
    <w:lvl w:ilvl="1">
      <w:start w:val="2"/>
      <w:numFmt w:val="decimalZero"/>
      <w:lvlText w:val="%1.%2"/>
      <w:lvlJc w:val="left"/>
      <w:pPr>
        <w:ind w:left="1485" w:hanging="1305"/>
      </w:pPr>
      <w:rPr>
        <w:rFonts w:hint="default"/>
      </w:rPr>
    </w:lvl>
    <w:lvl w:ilvl="2">
      <w:start w:val="2026"/>
      <w:numFmt w:val="decimal"/>
      <w:lvlText w:val="%1.%2.%3"/>
      <w:lvlJc w:val="left"/>
      <w:pPr>
        <w:ind w:left="1665" w:hanging="130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45" w:hanging="130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25" w:hanging="130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00" w:hanging="2160"/>
      </w:pPr>
      <w:rPr>
        <w:rFonts w:hint="default"/>
      </w:rPr>
    </w:lvl>
  </w:abstractNum>
  <w:abstractNum w:abstractNumId="11" w15:restartNumberingAfterBreak="0">
    <w:nsid w:val="43F72884"/>
    <w:multiLevelType w:val="multilevel"/>
    <w:tmpl w:val="190C346E"/>
    <w:lvl w:ilvl="0">
      <w:start w:val="11"/>
      <w:numFmt w:val="decimal"/>
      <w:lvlText w:val="%1"/>
      <w:lvlJc w:val="left"/>
      <w:pPr>
        <w:ind w:left="1305" w:hanging="1305"/>
      </w:pPr>
      <w:rPr>
        <w:rFonts w:hint="default"/>
      </w:rPr>
    </w:lvl>
    <w:lvl w:ilvl="1">
      <w:start w:val="2"/>
      <w:numFmt w:val="decimalZero"/>
      <w:lvlText w:val="%1.%2"/>
      <w:lvlJc w:val="left"/>
      <w:pPr>
        <w:ind w:left="1305" w:hanging="1305"/>
      </w:pPr>
      <w:rPr>
        <w:rFonts w:hint="default"/>
      </w:rPr>
    </w:lvl>
    <w:lvl w:ilvl="2">
      <w:start w:val="2026"/>
      <w:numFmt w:val="decimal"/>
      <w:lvlText w:val="%1.%2.%3"/>
      <w:lvlJc w:val="left"/>
      <w:pPr>
        <w:ind w:left="1305" w:hanging="130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05" w:hanging="130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05" w:hanging="130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720F79E1"/>
    <w:multiLevelType w:val="multilevel"/>
    <w:tmpl w:val="E0EC7E60"/>
    <w:lvl w:ilvl="0">
      <w:start w:val="11"/>
      <w:numFmt w:val="decimal"/>
      <w:lvlText w:val="%1"/>
      <w:lvlJc w:val="left"/>
      <w:pPr>
        <w:ind w:left="1305" w:hanging="1305"/>
      </w:pPr>
      <w:rPr>
        <w:rFonts w:hint="default"/>
      </w:rPr>
    </w:lvl>
    <w:lvl w:ilvl="1">
      <w:start w:val="2"/>
      <w:numFmt w:val="decimalZero"/>
      <w:lvlText w:val="%1.%2"/>
      <w:lvlJc w:val="left"/>
      <w:pPr>
        <w:ind w:left="1305" w:hanging="1305"/>
      </w:pPr>
      <w:rPr>
        <w:rFonts w:hint="default"/>
      </w:rPr>
    </w:lvl>
    <w:lvl w:ilvl="2">
      <w:start w:val="2026"/>
      <w:numFmt w:val="decimal"/>
      <w:lvlText w:val="%1.%2.%3"/>
      <w:lvlJc w:val="left"/>
      <w:pPr>
        <w:ind w:left="3007" w:hanging="1305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305" w:hanging="130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05" w:hanging="130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1"/>
  </w:num>
  <w:num w:numId="11">
    <w:abstractNumId w:val="12"/>
  </w:num>
  <w:num w:numId="12">
    <w:abstractNumId w:val="9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730"/>
    <w:rsid w:val="00020C4D"/>
    <w:rsid w:val="00034616"/>
    <w:rsid w:val="0005172F"/>
    <w:rsid w:val="0006063C"/>
    <w:rsid w:val="00070349"/>
    <w:rsid w:val="000B5AF4"/>
    <w:rsid w:val="000C7CFB"/>
    <w:rsid w:val="00131ADC"/>
    <w:rsid w:val="0015074B"/>
    <w:rsid w:val="001676F5"/>
    <w:rsid w:val="001B5208"/>
    <w:rsid w:val="0020784B"/>
    <w:rsid w:val="00221A25"/>
    <w:rsid w:val="00256CC5"/>
    <w:rsid w:val="0029639D"/>
    <w:rsid w:val="002A5575"/>
    <w:rsid w:val="002B7D0A"/>
    <w:rsid w:val="002C7C88"/>
    <w:rsid w:val="00316985"/>
    <w:rsid w:val="00321358"/>
    <w:rsid w:val="00322B06"/>
    <w:rsid w:val="00326F90"/>
    <w:rsid w:val="0033676E"/>
    <w:rsid w:val="00341352"/>
    <w:rsid w:val="003F5B92"/>
    <w:rsid w:val="004417CA"/>
    <w:rsid w:val="004C1494"/>
    <w:rsid w:val="005441CF"/>
    <w:rsid w:val="005C6296"/>
    <w:rsid w:val="005F4555"/>
    <w:rsid w:val="007269E9"/>
    <w:rsid w:val="00770373"/>
    <w:rsid w:val="007A5CFB"/>
    <w:rsid w:val="0083107A"/>
    <w:rsid w:val="00875354"/>
    <w:rsid w:val="008772F6"/>
    <w:rsid w:val="00883129"/>
    <w:rsid w:val="00891710"/>
    <w:rsid w:val="008A0841"/>
    <w:rsid w:val="008B73E3"/>
    <w:rsid w:val="008C5836"/>
    <w:rsid w:val="008D0173"/>
    <w:rsid w:val="00904664"/>
    <w:rsid w:val="00910D85"/>
    <w:rsid w:val="00A8457D"/>
    <w:rsid w:val="00AA1D8D"/>
    <w:rsid w:val="00B47730"/>
    <w:rsid w:val="00B538E0"/>
    <w:rsid w:val="00B70016"/>
    <w:rsid w:val="00B97BE3"/>
    <w:rsid w:val="00BA40B1"/>
    <w:rsid w:val="00BA7E2D"/>
    <w:rsid w:val="00BB007C"/>
    <w:rsid w:val="00C11E64"/>
    <w:rsid w:val="00C25F06"/>
    <w:rsid w:val="00C416CF"/>
    <w:rsid w:val="00CB0664"/>
    <w:rsid w:val="00CC0A43"/>
    <w:rsid w:val="00CC5566"/>
    <w:rsid w:val="00CC7E1C"/>
    <w:rsid w:val="00D1505D"/>
    <w:rsid w:val="00D61C6B"/>
    <w:rsid w:val="00DA5013"/>
    <w:rsid w:val="00DB4F59"/>
    <w:rsid w:val="00DE626C"/>
    <w:rsid w:val="00E17F88"/>
    <w:rsid w:val="00E3095E"/>
    <w:rsid w:val="00E55E65"/>
    <w:rsid w:val="00E84635"/>
    <w:rsid w:val="00F01A5D"/>
    <w:rsid w:val="00F64E90"/>
    <w:rsid w:val="00F95DA7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A20BD89"/>
  <w14:defaultImageDpi w14:val="300"/>
  <w15:docId w15:val="{B6738246-F952-4F13-81DA-4CD2BBE4F1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aff8">
    <w:name w:val="Normal (Web)"/>
    <w:basedOn w:val="a1"/>
    <w:uiPriority w:val="99"/>
    <w:semiHidden/>
    <w:unhideWhenUsed/>
    <w:rsid w:val="00BB00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B0DC2D3-B923-4AE0-90E2-76BD463803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6</Pages>
  <Words>684</Words>
  <Characters>3904</Characters>
  <Application>Microsoft Office Word</Application>
  <DocSecurity>0</DocSecurity>
  <Lines>32</Lines>
  <Paragraphs>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4579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Администратор</cp:lastModifiedBy>
  <cp:revision>69</cp:revision>
  <dcterms:created xsi:type="dcterms:W3CDTF">2026-02-13T11:33:00Z</dcterms:created>
  <dcterms:modified xsi:type="dcterms:W3CDTF">2026-02-13T13:02:00Z</dcterms:modified>
  <cp:category/>
</cp:coreProperties>
</file>